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8FE" w:rsidRPr="00862F2F" w:rsidRDefault="00AA4E25">
      <w:pPr>
        <w:pStyle w:val="1"/>
        <w:jc w:val="center"/>
        <w:rPr>
          <w:sz w:val="32"/>
          <w:szCs w:val="32"/>
          <w:lang w:val="el-GR"/>
        </w:rPr>
      </w:pPr>
      <w:r w:rsidRPr="00862F2F">
        <w:rPr>
          <w:sz w:val="32"/>
          <w:szCs w:val="32"/>
          <w:lang w:val="el-GR"/>
        </w:rPr>
        <w:t>ΠΡΟΓΡΑΜΜΑ ΕΠΙΣΚΕΨΕΩΝ</w:t>
      </w:r>
      <w:r w:rsidR="00D45743">
        <w:rPr>
          <w:sz w:val="32"/>
          <w:szCs w:val="32"/>
          <w:lang w:val="el-GR"/>
        </w:rPr>
        <w:t xml:space="preserve"> </w:t>
      </w:r>
      <w:r w:rsidRPr="00862F2F">
        <w:rPr>
          <w:sz w:val="32"/>
          <w:szCs w:val="32"/>
          <w:lang w:val="el-GR"/>
        </w:rPr>
        <w:t>ΙΑΤΡΩΝ</w:t>
      </w:r>
      <w:r w:rsidR="00C6397D" w:rsidRPr="00862F2F">
        <w:rPr>
          <w:sz w:val="32"/>
          <w:szCs w:val="32"/>
          <w:lang w:val="el-GR"/>
        </w:rPr>
        <w:t xml:space="preserve"> ΣΤΑ ΠΕΡΙΦΕΡΕΙΑΚΑ ΙΑΤΡΕΙΑ</w:t>
      </w:r>
    </w:p>
    <w:p w:rsidR="002228FE" w:rsidRPr="00CC0D1F" w:rsidRDefault="009F5A7F">
      <w:pPr>
        <w:jc w:val="center"/>
        <w:rPr>
          <w:color w:val="943634" w:themeColor="accent2" w:themeShade="BF"/>
          <w:sz w:val="28"/>
          <w:szCs w:val="28"/>
          <w:lang w:val="el-GR"/>
        </w:rPr>
      </w:pPr>
      <w:r w:rsidRPr="00CC0D1F">
        <w:rPr>
          <w:b/>
          <w:bCs/>
          <w:color w:val="943634" w:themeColor="accent2" w:themeShade="BF"/>
          <w:sz w:val="28"/>
          <w:szCs w:val="28"/>
          <w:lang w:val="el-GR"/>
        </w:rPr>
        <w:t xml:space="preserve">Μήνας: </w:t>
      </w:r>
      <w:r w:rsidR="00F57294" w:rsidRPr="00F57294">
        <w:rPr>
          <w:b/>
          <w:bCs/>
          <w:color w:val="943634" w:themeColor="accent2" w:themeShade="BF"/>
          <w:sz w:val="28"/>
          <w:szCs w:val="28"/>
          <w:lang w:val="el-GR"/>
        </w:rPr>
        <w:t>ΑΥΓΟΥΣΤΟΥ</w:t>
      </w:r>
      <w:r w:rsidR="00F57294">
        <w:rPr>
          <w:b/>
          <w:bCs/>
          <w:color w:val="943634" w:themeColor="accent2" w:themeShade="BF"/>
          <w:sz w:val="28"/>
          <w:szCs w:val="28"/>
          <w:lang w:val="el-GR"/>
        </w:rPr>
        <w:t xml:space="preserve"> </w:t>
      </w:r>
      <w:r w:rsidR="00625F5A">
        <w:rPr>
          <w:b/>
          <w:bCs/>
          <w:color w:val="943634" w:themeColor="accent2" w:themeShade="BF"/>
          <w:sz w:val="28"/>
          <w:szCs w:val="28"/>
          <w:lang w:val="el-GR"/>
        </w:rPr>
        <w:t>2026</w:t>
      </w:r>
    </w:p>
    <w:tbl>
      <w:tblPr>
        <w:tblStyle w:val="afa"/>
        <w:tblW w:w="9072" w:type="dxa"/>
        <w:tblLook w:val="04A0"/>
      </w:tblPr>
      <w:tblGrid>
        <w:gridCol w:w="1884"/>
        <w:gridCol w:w="1177"/>
        <w:gridCol w:w="323"/>
        <w:gridCol w:w="6373"/>
      </w:tblGrid>
      <w:tr w:rsidR="002C0BBB" w:rsidTr="00974EC3">
        <w:trPr>
          <w:trHeight w:val="606"/>
        </w:trPr>
        <w:tc>
          <w:tcPr>
            <w:tcW w:w="2871" w:type="dxa"/>
            <w:shd w:val="clear" w:color="auto" w:fill="4F81BD"/>
          </w:tcPr>
          <w:p w:rsidR="002228FE" w:rsidRPr="006B4A39" w:rsidRDefault="00AA4E25" w:rsidP="00581400">
            <w:pPr>
              <w:jc w:val="center"/>
              <w:rPr>
                <w:b/>
              </w:rPr>
            </w:pPr>
            <w:proofErr w:type="spellStart"/>
            <w:r w:rsidRPr="006B4A39">
              <w:rPr>
                <w:b/>
                <w:color w:val="FFFFFF"/>
              </w:rPr>
              <w:t>Ιατρείο</w:t>
            </w:r>
            <w:proofErr w:type="spellEnd"/>
            <w:r w:rsidRPr="006B4A39">
              <w:rPr>
                <w:b/>
                <w:color w:val="FFFFFF"/>
              </w:rPr>
              <w:t xml:space="preserve"> / </w:t>
            </w:r>
            <w:proofErr w:type="spellStart"/>
            <w:r w:rsidRPr="006B4A39">
              <w:rPr>
                <w:b/>
                <w:color w:val="FFFFFF"/>
              </w:rPr>
              <w:t>Περιοχή</w:t>
            </w:r>
            <w:proofErr w:type="spellEnd"/>
          </w:p>
        </w:tc>
        <w:tc>
          <w:tcPr>
            <w:tcW w:w="2322" w:type="dxa"/>
            <w:gridSpan w:val="2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Τηλέφωνο</w:t>
            </w:r>
            <w:proofErr w:type="spellEnd"/>
          </w:p>
        </w:tc>
        <w:tc>
          <w:tcPr>
            <w:tcW w:w="4413" w:type="dxa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Ημερομηνίες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Επισκέψεων</w:t>
            </w:r>
            <w:proofErr w:type="spellEnd"/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Pr="00C24E91" w:rsidRDefault="001C2312" w:rsidP="00D80E86">
            <w:pPr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ΠΕΡΙΦΕΡΕΙΑΚΟ ΙΑΤΡΕΙΟ</w:t>
            </w:r>
          </w:p>
          <w:p w:rsidR="00ED0E93" w:rsidRDefault="001C2312" w:rsidP="00D80E86">
            <w:pPr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ΑΛΙΚΙΑΝΟΣ</w:t>
            </w:r>
            <w:r w:rsidR="00ED0E93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 xml:space="preserve"> </w:t>
            </w:r>
          </w:p>
          <w:p w:rsidR="00ED0E93" w:rsidRDefault="00ED0E93" w:rsidP="00D80E86">
            <w:pPr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1C2312" w:rsidRPr="008C5283" w:rsidRDefault="001C2312" w:rsidP="00ED0E93">
            <w:pPr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41BD1" w:rsidRPr="00C24E91" w:rsidRDefault="00541BD1" w:rsidP="00541BD1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ED0E93" w:rsidRDefault="001C2312" w:rsidP="00974EC3">
            <w:pPr>
              <w:jc w:val="center"/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ΣΚΙΝΕΣ</w:t>
            </w:r>
            <w:r w:rsidR="00ED0E93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 xml:space="preserve"> </w:t>
            </w:r>
          </w:p>
          <w:p w:rsidR="00ED0E93" w:rsidRDefault="00ED0E93" w:rsidP="00D80E86">
            <w:pPr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F3A0C" w:rsidRPr="00C24E91" w:rsidRDefault="005F3A0C" w:rsidP="005F3A0C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1C2312" w:rsidRPr="001C2312" w:rsidRDefault="001C2312" w:rsidP="00974EC3">
            <w:pPr>
              <w:jc w:val="center"/>
              <w:rPr>
                <w:b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ΒΑΤΟΛΑΚΚΟΣ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ED0E93" w:rsidRDefault="00ED0E93" w:rsidP="00A83BBC">
            <w:pPr>
              <w:jc w:val="center"/>
              <w:rPr>
                <w:lang w:val="el-GR"/>
              </w:rPr>
            </w:pPr>
          </w:p>
          <w:p w:rsidR="00ED0E93" w:rsidRDefault="00ED0E93" w:rsidP="00A83BBC">
            <w:pPr>
              <w:jc w:val="center"/>
              <w:rPr>
                <w:lang w:val="el-GR"/>
              </w:rPr>
            </w:pPr>
          </w:p>
          <w:p w:rsidR="00ED0E93" w:rsidRDefault="00ED0E93" w:rsidP="00A83BBC">
            <w:pPr>
              <w:jc w:val="center"/>
              <w:rPr>
                <w:lang w:val="el-GR"/>
              </w:rPr>
            </w:pPr>
          </w:p>
          <w:p w:rsidR="00D80E86" w:rsidRDefault="00D80E86" w:rsidP="00A83BBC">
            <w:pPr>
              <w:jc w:val="center"/>
              <w:rPr>
                <w:lang w:val="el-GR"/>
              </w:rPr>
            </w:pPr>
          </w:p>
          <w:p w:rsidR="00D80E86" w:rsidRDefault="00D80E86" w:rsidP="00A83BBC">
            <w:pPr>
              <w:jc w:val="center"/>
              <w:rPr>
                <w:lang w:val="el-GR"/>
              </w:rPr>
            </w:pPr>
          </w:p>
          <w:p w:rsidR="001C2312" w:rsidRPr="00825B5C" w:rsidRDefault="00ED0E93" w:rsidP="00A83BBC">
            <w:pPr>
              <w:jc w:val="center"/>
            </w:pPr>
            <w:r>
              <w:t>2821077300</w:t>
            </w:r>
          </w:p>
        </w:tc>
        <w:tc>
          <w:tcPr>
            <w:tcW w:w="4413" w:type="dxa"/>
            <w:shd w:val="clear" w:color="auto" w:fill="D9E1F2"/>
          </w:tcPr>
          <w:p w:rsidR="00D80E86" w:rsidRDefault="00D80E86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D80E86" w:rsidRDefault="00D80E86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D80E86" w:rsidRDefault="00D80E86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9731F0" w:rsidRPr="00D80E86" w:rsidRDefault="004B4EBE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  <w:r>
              <w:rPr>
                <w:b/>
                <w:sz w:val="28"/>
                <w:szCs w:val="28"/>
                <w:lang w:val="el-GR"/>
              </w:rPr>
              <w:t>3,6,10,</w:t>
            </w:r>
            <w:r w:rsidR="00772750">
              <w:rPr>
                <w:b/>
                <w:sz w:val="28"/>
                <w:szCs w:val="28"/>
                <w:lang w:val="el-GR"/>
              </w:rPr>
              <w:t>13,17,20,31</w:t>
            </w:r>
          </w:p>
          <w:p w:rsidR="00ED0E93" w:rsidRPr="00D80E86" w:rsidRDefault="00ED0E93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</w:p>
          <w:p w:rsidR="00ED0E93" w:rsidRPr="00D80E86" w:rsidRDefault="00ED0E93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</w:p>
          <w:p w:rsidR="00ED0E93" w:rsidRPr="00D80E86" w:rsidRDefault="00772750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  <w:r>
              <w:rPr>
                <w:b/>
                <w:sz w:val="28"/>
                <w:szCs w:val="28"/>
                <w:lang w:val="el-GR"/>
              </w:rPr>
              <w:t>19</w:t>
            </w:r>
          </w:p>
          <w:p w:rsidR="00ED0E93" w:rsidRPr="00D80E86" w:rsidRDefault="00ED0E93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</w:p>
          <w:p w:rsidR="00ED0E93" w:rsidRPr="00D80E86" w:rsidRDefault="00ED0E93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</w:p>
          <w:p w:rsidR="002C0BBB" w:rsidRPr="00D80E86" w:rsidRDefault="00772750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  <w:r>
              <w:rPr>
                <w:b/>
                <w:sz w:val="28"/>
                <w:szCs w:val="28"/>
                <w:lang w:val="el-GR"/>
              </w:rPr>
              <w:t>12</w:t>
            </w:r>
          </w:p>
          <w:p w:rsidR="002C0BBB" w:rsidRPr="00D80E86" w:rsidRDefault="002C0BBB" w:rsidP="00E45F29">
            <w:pPr>
              <w:jc w:val="center"/>
              <w:rPr>
                <w:b/>
                <w:sz w:val="28"/>
                <w:szCs w:val="28"/>
                <w:lang w:val="el-GR"/>
              </w:rPr>
            </w:pPr>
          </w:p>
          <w:p w:rsidR="002C0BBB" w:rsidRPr="002C0BBB" w:rsidRDefault="002C0BBB" w:rsidP="000D729F">
            <w:pPr>
              <w:jc w:val="center"/>
              <w:rPr>
                <w:b/>
                <w:sz w:val="40"/>
                <w:szCs w:val="40"/>
                <w:lang w:val="el-GR"/>
              </w:rPr>
            </w:pPr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Pr="00D80E86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8C5283" w:rsidRPr="00D80E86" w:rsidRDefault="008C5283" w:rsidP="00974EC3">
            <w:pPr>
              <w:jc w:val="center"/>
              <w:rPr>
                <w:rFonts w:cs="Tahoma"/>
                <w:color w:val="000000"/>
                <w:sz w:val="20"/>
                <w:szCs w:val="20"/>
                <w:lang w:val="el-GR"/>
              </w:rPr>
            </w:pPr>
            <w:r w:rsidRPr="00D80E86">
              <w:rPr>
                <w:b/>
                <w:sz w:val="20"/>
                <w:szCs w:val="20"/>
                <w:lang w:val="el-GR"/>
              </w:rPr>
              <w:t>ΠΕΡΙΦΕΡΕΙΑΚΟ ΙΑΤΡΕΙΟ</w:t>
            </w:r>
          </w:p>
          <w:p w:rsidR="001C2312" w:rsidRPr="00D80E86" w:rsidRDefault="001C2312" w:rsidP="00974EC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80E86">
              <w:rPr>
                <w:rFonts w:cs="Tahoma"/>
                <w:b/>
                <w:sz w:val="20"/>
                <w:szCs w:val="20"/>
                <w:lang w:val="el-GR"/>
              </w:rPr>
              <w:t>ΚΟΥΝΤΟΥΡΑΣ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E45F29" w:rsidRPr="00D80E86" w:rsidRDefault="00E45F29" w:rsidP="00A83BBC">
            <w:pPr>
              <w:jc w:val="center"/>
              <w:rPr>
                <w:sz w:val="20"/>
                <w:szCs w:val="20"/>
                <w:lang w:val="el-GR"/>
              </w:rPr>
            </w:pPr>
          </w:p>
          <w:p w:rsidR="001C2312" w:rsidRPr="00D80E86" w:rsidRDefault="00A04FF5" w:rsidP="00A83BBC">
            <w:pPr>
              <w:jc w:val="center"/>
              <w:rPr>
                <w:sz w:val="20"/>
                <w:szCs w:val="20"/>
              </w:rPr>
            </w:pPr>
            <w:r w:rsidRPr="00D80E86">
              <w:rPr>
                <w:sz w:val="20"/>
                <w:szCs w:val="20"/>
              </w:rPr>
              <w:t>2823042222</w:t>
            </w:r>
          </w:p>
        </w:tc>
        <w:tc>
          <w:tcPr>
            <w:tcW w:w="4413" w:type="dxa"/>
            <w:shd w:val="clear" w:color="auto" w:fill="D9E1F2"/>
          </w:tcPr>
          <w:p w:rsidR="001C2312" w:rsidRPr="00D80E86" w:rsidRDefault="004B4EBE" w:rsidP="009731F0">
            <w:pPr>
              <w:jc w:val="center"/>
              <w:rPr>
                <w:b/>
                <w:sz w:val="40"/>
                <w:szCs w:val="40"/>
                <w:lang w:val="el-GR"/>
              </w:rPr>
            </w:pPr>
            <w:r>
              <w:rPr>
                <w:b/>
                <w:sz w:val="40"/>
                <w:szCs w:val="40"/>
                <w:lang w:val="el-GR"/>
              </w:rPr>
              <w:t>6,11,19,28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541BD1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ΝΤΕΡΕΣ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 xml:space="preserve">ΣΕΜΠΡΩΝΑΣ </w:t>
            </w:r>
            <w:r>
              <w:rPr>
                <w:b/>
                <w:lang w:val="el-GR"/>
              </w:rPr>
              <w:t>–</w:t>
            </w:r>
            <w:r w:rsidRPr="008C5283">
              <w:rPr>
                <w:b/>
                <w:lang w:val="el-GR"/>
              </w:rPr>
              <w:t xml:space="preserve"> ΠΡΑΣΕΣ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P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>ΛΙΜΝΗ ΖΟΥΝΑΚΙ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3E0176" w:rsidRDefault="003E0176" w:rsidP="00A83BBC">
            <w:pPr>
              <w:jc w:val="center"/>
            </w:pPr>
            <w:r>
              <w:t>2821077995</w:t>
            </w:r>
          </w:p>
        </w:tc>
        <w:tc>
          <w:tcPr>
            <w:tcW w:w="4413" w:type="dxa"/>
            <w:shd w:val="clear" w:color="auto" w:fill="D9E1F2"/>
          </w:tcPr>
          <w:p w:rsidR="001C2312" w:rsidRPr="00D80E86" w:rsidRDefault="00A34D21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18</w:t>
            </w:r>
          </w:p>
          <w:p w:rsidR="008A1422" w:rsidRPr="00D80E86" w:rsidRDefault="008A1422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8A1422" w:rsidRPr="00D80E86" w:rsidRDefault="008A1422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8A1422" w:rsidRPr="00D80E86" w:rsidRDefault="008A1422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7801AA" w:rsidRPr="00D80E86" w:rsidRDefault="007801AA" w:rsidP="00E45F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9D723F" w:rsidRPr="00D80E86" w:rsidRDefault="009D723F" w:rsidP="00ED0E93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8A1422" w:rsidRPr="009731F0" w:rsidRDefault="008A1422" w:rsidP="00ED0E93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</w:tc>
      </w:tr>
      <w:tr w:rsidR="002C0BBB" w:rsidRPr="008C5283" w:rsidTr="009731F0">
        <w:trPr>
          <w:trHeight w:val="145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622FA0" w:rsidP="00974EC3">
            <w:pPr>
              <w:jc w:val="center"/>
              <w:rPr>
                <w:b/>
                <w:lang w:val="el-GR"/>
              </w:rPr>
            </w:pPr>
            <w:hyperlink r:id="rId6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ΓΑΥΔΟΥ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145205" w:rsidRDefault="00145205" w:rsidP="00A83BB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2823042195</w:t>
            </w:r>
          </w:p>
        </w:tc>
        <w:tc>
          <w:tcPr>
            <w:tcW w:w="4413" w:type="dxa"/>
            <w:shd w:val="clear" w:color="auto" w:fill="D9E1F2"/>
          </w:tcPr>
          <w:p w:rsidR="001C2312" w:rsidRPr="00C24E91" w:rsidRDefault="000D01FC" w:rsidP="00F57294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</w:t>
            </w:r>
            <w:r>
              <w:rPr>
                <w:b/>
                <w:sz w:val="36"/>
                <w:szCs w:val="36"/>
              </w:rPr>
              <w:t>-</w:t>
            </w:r>
            <w:r w:rsidR="00F57294">
              <w:rPr>
                <w:b/>
                <w:sz w:val="36"/>
                <w:szCs w:val="36"/>
                <w:lang w:val="el-GR"/>
              </w:rPr>
              <w:t>31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622FA0" w:rsidP="00974EC3">
            <w:pPr>
              <w:jc w:val="center"/>
              <w:rPr>
                <w:b/>
                <w:lang w:val="el-GR"/>
              </w:rPr>
            </w:pPr>
            <w:hyperlink r:id="rId7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ΒΟΥΤΑ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4A064A" w:rsidRDefault="004A064A" w:rsidP="00A83BBC">
            <w:pPr>
              <w:jc w:val="center"/>
            </w:pPr>
            <w:r>
              <w:t>2823031209</w:t>
            </w:r>
          </w:p>
        </w:tc>
        <w:tc>
          <w:tcPr>
            <w:tcW w:w="4413" w:type="dxa"/>
            <w:shd w:val="clear" w:color="auto" w:fill="D9E1F2"/>
          </w:tcPr>
          <w:p w:rsidR="001C2312" w:rsidRPr="00D80E86" w:rsidRDefault="00BB2DA4" w:rsidP="009731F0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20</w:t>
            </w:r>
          </w:p>
        </w:tc>
      </w:tr>
      <w:tr w:rsidR="002C0BBB" w:rsidRPr="00705A8E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D2D13" w:rsidRPr="00D80E86" w:rsidRDefault="001C2312" w:rsidP="00974EC3">
            <w:pPr>
              <w:jc w:val="center"/>
              <w:rPr>
                <w:b/>
                <w:sz w:val="32"/>
                <w:szCs w:val="32"/>
                <w:u w:val="single"/>
                <w:lang w:val="el-GR"/>
              </w:rPr>
            </w:pPr>
            <w:r w:rsidRPr="00D80E86">
              <w:rPr>
                <w:b/>
                <w:sz w:val="32"/>
                <w:szCs w:val="32"/>
                <w:u w:val="single"/>
                <w:lang w:val="el-GR"/>
              </w:rPr>
              <w:t>ΠΕΡΙΦΕΡΕΙΑΚΟ ΙΑΤΡΕΙΟ</w:t>
            </w:r>
          </w:p>
          <w:p w:rsidR="001C2312" w:rsidRPr="00D80E86" w:rsidRDefault="001C2312" w:rsidP="00974EC3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 xml:space="preserve"> </w:t>
            </w:r>
            <w:r w:rsidR="007A6E40" w:rsidRPr="00D80E86">
              <w:rPr>
                <w:b/>
                <w:sz w:val="32"/>
                <w:szCs w:val="32"/>
                <w:lang w:val="el-GR"/>
              </w:rPr>
              <w:t>ΜΕΣΚΛΑ</w:t>
            </w:r>
          </w:p>
          <w:p w:rsidR="007A6E40" w:rsidRPr="00D80E86" w:rsidRDefault="007A6E40" w:rsidP="00974EC3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1D2D13" w:rsidRPr="00D80E86" w:rsidRDefault="001D2D13" w:rsidP="001D2D13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lastRenderedPageBreak/>
              <w:t>ΕΞΕΤΑΣΤΗΡΙΟ</w:t>
            </w:r>
          </w:p>
          <w:p w:rsidR="007A6E40" w:rsidRPr="00D80E86" w:rsidRDefault="007A6E40" w:rsidP="00974EC3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ΘΕΡΙΣΟΣ</w:t>
            </w:r>
          </w:p>
          <w:p w:rsidR="007A6E40" w:rsidRPr="00D80E86" w:rsidRDefault="007A6E40" w:rsidP="00974EC3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7A6E40" w:rsidRPr="00D80E86" w:rsidRDefault="007A6E40" w:rsidP="00974EC3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ΕΞΕΤΑΣΤΗΡΙΟ</w:t>
            </w:r>
          </w:p>
          <w:p w:rsidR="007A6E40" w:rsidRPr="00D80E86" w:rsidRDefault="007A6E40" w:rsidP="00974EC3">
            <w:pPr>
              <w:jc w:val="center"/>
              <w:rPr>
                <w:b/>
                <w:sz w:val="32"/>
                <w:szCs w:val="32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ΦΟΥΡΝΕΣ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D80E86" w:rsidRDefault="00C41B55" w:rsidP="00A83BBC">
            <w:pPr>
              <w:jc w:val="center"/>
              <w:rPr>
                <w:sz w:val="32"/>
                <w:szCs w:val="32"/>
              </w:rPr>
            </w:pPr>
            <w:r w:rsidRPr="00D80E86">
              <w:rPr>
                <w:sz w:val="32"/>
                <w:szCs w:val="32"/>
              </w:rPr>
              <w:lastRenderedPageBreak/>
              <w:t>2821067356</w:t>
            </w:r>
          </w:p>
        </w:tc>
        <w:tc>
          <w:tcPr>
            <w:tcW w:w="4413" w:type="dxa"/>
            <w:shd w:val="clear" w:color="auto" w:fill="D9E1F2"/>
          </w:tcPr>
          <w:p w:rsidR="001C2312" w:rsidRPr="00D80E86" w:rsidRDefault="009D723F" w:rsidP="00AA30D5">
            <w:pPr>
              <w:jc w:val="center"/>
              <w:rPr>
                <w:b/>
                <w:sz w:val="32"/>
                <w:szCs w:val="32"/>
                <w:lang w:val="el-GR"/>
              </w:rPr>
            </w:pPr>
            <w:r w:rsidRPr="00D80E86">
              <w:rPr>
                <w:b/>
                <w:sz w:val="32"/>
                <w:szCs w:val="32"/>
                <w:lang w:val="el-GR"/>
              </w:rPr>
              <w:t>1,8,15,22,29</w:t>
            </w:r>
          </w:p>
          <w:p w:rsidR="00E45F29" w:rsidRPr="00D80E86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E45F29" w:rsidRPr="00D80E86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A037D3" w:rsidRPr="00D80E86" w:rsidRDefault="003F0DC7" w:rsidP="009B3929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3,10,18,25</w:t>
            </w:r>
          </w:p>
          <w:p w:rsidR="00C24E91" w:rsidRPr="00D80E86" w:rsidRDefault="00C24E91" w:rsidP="009B392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111109" w:rsidRDefault="00111109" w:rsidP="00111109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lastRenderedPageBreak/>
              <w:t>4</w:t>
            </w:r>
          </w:p>
          <w:p w:rsidR="00111109" w:rsidRDefault="00111109" w:rsidP="0011110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111109" w:rsidRDefault="00111109" w:rsidP="0011110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111109" w:rsidRDefault="00111109" w:rsidP="00111109">
            <w:pPr>
              <w:jc w:val="center"/>
              <w:rPr>
                <w:b/>
                <w:sz w:val="32"/>
                <w:szCs w:val="32"/>
                <w:lang w:val="el-GR"/>
              </w:rPr>
            </w:pPr>
          </w:p>
          <w:p w:rsidR="00111109" w:rsidRPr="00D80E86" w:rsidRDefault="00111109" w:rsidP="00111109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4,10,18</w:t>
            </w:r>
          </w:p>
        </w:tc>
      </w:tr>
      <w:tr w:rsidR="002C0BBB" w:rsidTr="00974EC3">
        <w:trPr>
          <w:trHeight w:val="970"/>
        </w:trPr>
        <w:tc>
          <w:tcPr>
            <w:tcW w:w="2871" w:type="dxa"/>
            <w:shd w:val="clear" w:color="auto" w:fill="FFFFFF"/>
            <w:vAlign w:val="center"/>
          </w:tcPr>
          <w:p w:rsidR="006A2E73" w:rsidRPr="00E45F29" w:rsidRDefault="001C2312" w:rsidP="00E45F29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A83BBC">
              <w:rPr>
                <w:b/>
                <w:sz w:val="20"/>
                <w:szCs w:val="20"/>
              </w:rPr>
              <w:lastRenderedPageBreak/>
              <w:t>ΠΕΡΙΦΕΡΕΙΑΚΟ ΙΑΤΡΕΙΟ</w:t>
            </w:r>
          </w:p>
          <w:p w:rsidR="006A2E73" w:rsidRPr="006A2E73" w:rsidRDefault="00622FA0" w:rsidP="00974EC3">
            <w:pPr>
              <w:jc w:val="center"/>
              <w:rPr>
                <w:b/>
                <w:lang w:val="el-GR"/>
              </w:rPr>
            </w:pPr>
            <w:hyperlink r:id="rId8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ΣΤΡΟΒΛΩΝ</w:t>
              </w:r>
            </w:hyperlink>
          </w:p>
          <w:p w:rsidR="006A2E73" w:rsidRPr="00670FC4" w:rsidRDefault="006A2E7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1C2312" w:rsidRPr="00B62C11" w:rsidRDefault="00B62C11" w:rsidP="00A83BBC">
            <w:pPr>
              <w:jc w:val="center"/>
            </w:pPr>
            <w:r>
              <w:t>2822051112</w:t>
            </w:r>
          </w:p>
        </w:tc>
        <w:tc>
          <w:tcPr>
            <w:tcW w:w="4413" w:type="dxa"/>
            <w:shd w:val="clear" w:color="auto" w:fill="FFFFFF"/>
          </w:tcPr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1C2312" w:rsidRPr="00E45F29" w:rsidRDefault="00111109" w:rsidP="002A3600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11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Pr="00E45F29" w:rsidRDefault="001C2312" w:rsidP="00E45F29">
            <w:pPr>
              <w:jc w:val="center"/>
              <w:rPr>
                <w:b/>
                <w:lang w:val="el-GR"/>
              </w:rPr>
            </w:pPr>
            <w:r w:rsidRPr="006B4A39">
              <w:rPr>
                <w:b/>
              </w:rPr>
              <w:t>ΠΕΡΙΦΕΡΕΙΑΚΟ ΙΑΤΡΕΙΟ</w:t>
            </w:r>
          </w:p>
          <w:p w:rsidR="006A2E73" w:rsidRPr="006A2E73" w:rsidRDefault="00622FA0" w:rsidP="00974EC3">
            <w:pPr>
              <w:jc w:val="center"/>
              <w:rPr>
                <w:b/>
              </w:rPr>
            </w:pPr>
            <w:hyperlink r:id="rId9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ΛΑΚΚΩΝ</w:t>
              </w:r>
            </w:hyperlink>
          </w:p>
          <w:p w:rsidR="001C2312" w:rsidRPr="008260B0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1C2312" w:rsidRPr="009B5691" w:rsidRDefault="009B5691" w:rsidP="001F068C">
            <w:pPr>
              <w:jc w:val="center"/>
            </w:pPr>
            <w:r>
              <w:t>2821067225</w:t>
            </w:r>
          </w:p>
        </w:tc>
        <w:tc>
          <w:tcPr>
            <w:tcW w:w="4413" w:type="dxa"/>
            <w:shd w:val="clear" w:color="auto" w:fill="D9E1F2"/>
          </w:tcPr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6A2E73" w:rsidRPr="00E45F29" w:rsidRDefault="00111109" w:rsidP="002A3600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4,11</w:t>
            </w:r>
          </w:p>
        </w:tc>
      </w:tr>
      <w:tr w:rsidR="002C0BBB" w:rsidRPr="00894FF2" w:rsidTr="00974EC3">
        <w:trPr>
          <w:trHeight w:val="643"/>
        </w:trPr>
        <w:tc>
          <w:tcPr>
            <w:tcW w:w="2871" w:type="dxa"/>
            <w:shd w:val="clear" w:color="auto" w:fill="FFFFFF"/>
            <w:vAlign w:val="center"/>
          </w:tcPr>
          <w:p w:rsidR="006D2309" w:rsidRPr="009B3929" w:rsidRDefault="001C2312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9B3929">
              <w:rPr>
                <w:rFonts w:asciiTheme="minorHAnsi" w:hAnsiTheme="minorHAnsi"/>
                <w:color w:val="auto"/>
                <w:sz w:val="22"/>
                <w:szCs w:val="22"/>
              </w:rPr>
              <w:t>ΠΕΡΙΦΕΡΕΙΑΚΟ ΙΑΤΡΕΙΟ</w:t>
            </w:r>
          </w:p>
          <w:p w:rsidR="006D2309" w:rsidRPr="009B3929" w:rsidRDefault="00622FA0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Theme="minorHAnsi" w:hAnsiTheme="minorHAnsi" w:cs="Tahoma"/>
                <w:bCs w:val="0"/>
                <w:color w:val="auto"/>
                <w:sz w:val="22"/>
                <w:szCs w:val="22"/>
              </w:rPr>
            </w:pPr>
            <w:hyperlink r:id="rId10" w:history="1">
              <w:r w:rsidR="006D2309" w:rsidRPr="009B3929">
                <w:rPr>
                  <w:rStyle w:val="-"/>
                  <w:rFonts w:asciiTheme="minorHAnsi" w:hAnsiTheme="minorHAnsi" w:cs="Tahoma"/>
                  <w:bCs w:val="0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ΚΑΜΠΑΝΟΥ</w:t>
              </w:r>
            </w:hyperlink>
          </w:p>
          <w:p w:rsidR="001C2312" w:rsidRPr="009B3929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636638" w:rsidRDefault="00636638" w:rsidP="001F068C">
            <w:pPr>
              <w:jc w:val="center"/>
            </w:pPr>
            <w:r>
              <w:t>2823340107</w:t>
            </w:r>
          </w:p>
        </w:tc>
        <w:tc>
          <w:tcPr>
            <w:tcW w:w="4413" w:type="dxa"/>
            <w:shd w:val="clear" w:color="auto" w:fill="FFFFFF"/>
          </w:tcPr>
          <w:p w:rsidR="001C2312" w:rsidRPr="00287245" w:rsidRDefault="00111109" w:rsidP="002A3600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5,19</w:t>
            </w:r>
          </w:p>
        </w:tc>
      </w:tr>
      <w:tr w:rsidR="002C0BBB" w:rsidRPr="00894FF2" w:rsidTr="00111109">
        <w:tc>
          <w:tcPr>
            <w:tcW w:w="2871" w:type="dxa"/>
            <w:shd w:val="clear" w:color="auto" w:fill="D9E1F2"/>
            <w:vAlign w:val="center"/>
          </w:tcPr>
          <w:p w:rsidR="001D2D13" w:rsidRPr="00E45F29" w:rsidRDefault="00F529E3" w:rsidP="00974EC3">
            <w:pPr>
              <w:jc w:val="center"/>
              <w:rPr>
                <w:b/>
                <w:bCs/>
                <w:sz w:val="20"/>
                <w:szCs w:val="20"/>
              </w:rPr>
            </w:pPr>
            <w:r w:rsidRPr="00E45F29">
              <w:rPr>
                <w:b/>
                <w:bCs/>
                <w:sz w:val="20"/>
                <w:szCs w:val="20"/>
              </w:rPr>
              <w:t xml:space="preserve">ΠΕΡΙΦΕΡΕΙΑΚΟ ΙΑΤΡΕΙΟ </w:t>
            </w:r>
          </w:p>
          <w:p w:rsidR="00F529E3" w:rsidRPr="00E45F29" w:rsidRDefault="00622FA0" w:rsidP="00974EC3">
            <w:pPr>
              <w:jc w:val="center"/>
              <w:rPr>
                <w:b/>
                <w:sz w:val="20"/>
                <w:szCs w:val="20"/>
              </w:rPr>
            </w:pPr>
            <w:hyperlink r:id="rId11" w:history="1">
              <w:r w:rsidR="00F529E3" w:rsidRPr="00E45F29">
                <w:rPr>
                  <w:rStyle w:val="-"/>
                  <w:b/>
                  <w:color w:val="auto"/>
                  <w:sz w:val="20"/>
                  <w:szCs w:val="20"/>
                  <w:u w:val="none"/>
                </w:rPr>
                <w:t>ΡΟΔΟΒΑΝΙΟΥ</w:t>
              </w:r>
            </w:hyperlink>
          </w:p>
          <w:p w:rsidR="00F529E3" w:rsidRPr="006B4A39" w:rsidRDefault="00F529E3" w:rsidP="00974EC3">
            <w:pPr>
              <w:jc w:val="center"/>
              <w:rPr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F529E3" w:rsidRPr="00515609" w:rsidRDefault="00515609" w:rsidP="001F06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2823051210</w:t>
            </w:r>
          </w:p>
        </w:tc>
        <w:tc>
          <w:tcPr>
            <w:tcW w:w="4413" w:type="dxa"/>
            <w:shd w:val="clear" w:color="auto" w:fill="auto"/>
          </w:tcPr>
          <w:p w:rsidR="00111109" w:rsidRPr="00D80E86" w:rsidRDefault="00111109" w:rsidP="00111109">
            <w:pPr>
              <w:jc w:val="center"/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  <w:r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4,7,19</w:t>
            </w:r>
          </w:p>
          <w:p w:rsidR="00F529E3" w:rsidRPr="00E45F29" w:rsidRDefault="00F529E3" w:rsidP="002A3600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</w:tc>
      </w:tr>
      <w:tr w:rsidR="002C0BBB" w:rsidRPr="00C707A9" w:rsidTr="00974EC3">
        <w:tc>
          <w:tcPr>
            <w:tcW w:w="2871" w:type="dxa"/>
            <w:shd w:val="clear" w:color="auto" w:fill="FFFFFF"/>
            <w:vAlign w:val="center"/>
          </w:tcPr>
          <w:p w:rsidR="001C2312" w:rsidRPr="00E45F29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 xml:space="preserve">ΠΕΡΙΦΕΡΕΙΑΚΟ ΙΑΤΡΕΙΟ </w:t>
            </w:r>
            <w:r w:rsidR="00C707A9" w:rsidRPr="00E45F29">
              <w:rPr>
                <w:b/>
                <w:sz w:val="20"/>
                <w:szCs w:val="20"/>
                <w:lang w:val="el-GR"/>
              </w:rPr>
              <w:t>ΡΟΥΜΑΤΩΝ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ΦΩΤΑΚΑΔΟΥ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E45F29" w:rsidRDefault="001D2D13" w:rsidP="001D2D1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ΚΑΚΟΠΕΤΡΟΥ</w:t>
            </w: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0E2437" w:rsidRDefault="000E2437" w:rsidP="001F068C">
            <w:pPr>
              <w:jc w:val="center"/>
            </w:pPr>
            <w:r>
              <w:t>2824041400</w:t>
            </w:r>
          </w:p>
        </w:tc>
        <w:tc>
          <w:tcPr>
            <w:tcW w:w="4413" w:type="dxa"/>
            <w:shd w:val="clear" w:color="auto" w:fill="FFFFFF"/>
          </w:tcPr>
          <w:p w:rsidR="00E45F29" w:rsidRDefault="00E45F29" w:rsidP="00B03F0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B03F09" w:rsidRDefault="00B03F09" w:rsidP="00B03F0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B03F09" w:rsidRDefault="00B03F09" w:rsidP="00B03F0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3</w:t>
            </w:r>
          </w:p>
          <w:p w:rsidR="00B03F09" w:rsidRDefault="00B03F09" w:rsidP="00B03F0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B03F09" w:rsidRPr="00E45F29" w:rsidRDefault="00B03F09" w:rsidP="00B03F0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17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1C2312" w:rsidRPr="00C707A9" w:rsidRDefault="001C2312" w:rsidP="00974EC3">
            <w:pPr>
              <w:jc w:val="center"/>
              <w:rPr>
                <w:b/>
                <w:lang w:val="el-GR"/>
              </w:rPr>
            </w:pPr>
          </w:p>
          <w:p w:rsidR="00C707A9" w:rsidRPr="00E45F29" w:rsidRDefault="001C2312" w:rsidP="00974EC3">
            <w:pPr>
              <w:jc w:val="center"/>
              <w:rPr>
                <w:b/>
                <w:sz w:val="18"/>
                <w:szCs w:val="18"/>
              </w:rPr>
            </w:pPr>
            <w:r w:rsidRPr="00E45F29">
              <w:rPr>
                <w:b/>
                <w:sz w:val="18"/>
                <w:szCs w:val="18"/>
              </w:rPr>
              <w:t>ΠΕΡΙΦΕΡΕΙΑΚΟ ΙΑΤΡΕΙΟ</w:t>
            </w:r>
          </w:p>
          <w:p w:rsidR="00C707A9" w:rsidRPr="00E45F29" w:rsidRDefault="00C707A9" w:rsidP="00974EC3">
            <w:pPr>
              <w:jc w:val="center"/>
              <w:rPr>
                <w:b/>
                <w:sz w:val="18"/>
                <w:szCs w:val="18"/>
              </w:rPr>
            </w:pPr>
          </w:p>
          <w:p w:rsidR="00C707A9" w:rsidRPr="00E45F29" w:rsidRDefault="00622FA0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hyperlink r:id="rId12" w:history="1">
              <w:r w:rsidR="00C707A9" w:rsidRPr="00E45F29">
                <w:rPr>
                  <w:rStyle w:val="-"/>
                  <w:b/>
                  <w:color w:val="auto"/>
                  <w:sz w:val="18"/>
                  <w:szCs w:val="18"/>
                  <w:u w:val="none"/>
                  <w:lang w:val="el-GR"/>
                </w:rPr>
                <w:t>ΠΑΛΑΙΟΧΩΡΑΣ</w:t>
              </w:r>
            </w:hyperlink>
          </w:p>
          <w:p w:rsidR="001C2312" w:rsidRPr="000B71BF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Default="001C2312" w:rsidP="002C0BBB">
            <w:pPr>
              <w:jc w:val="center"/>
            </w:pPr>
          </w:p>
          <w:p w:rsidR="001C2312" w:rsidRPr="004F2819" w:rsidRDefault="004F2819" w:rsidP="002C0BBB">
            <w:pPr>
              <w:jc w:val="center"/>
            </w:pPr>
            <w:r>
              <w:t>2823041211</w:t>
            </w:r>
          </w:p>
        </w:tc>
        <w:tc>
          <w:tcPr>
            <w:tcW w:w="4413" w:type="dxa"/>
            <w:shd w:val="clear" w:color="auto" w:fill="D9E1F2"/>
          </w:tcPr>
          <w:p w:rsidR="001C2312" w:rsidRPr="002C0BBB" w:rsidRDefault="00715517" w:rsidP="002A3600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3,4,5,6,7,10,11,12,13,14,17,18,19,20,21,24,25,26,27,28,31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FFFFFF"/>
            <w:vAlign w:val="center"/>
          </w:tcPr>
          <w:p w:rsidR="002E7911" w:rsidRPr="002E7911" w:rsidRDefault="001C2312" w:rsidP="00974EC3">
            <w:pPr>
              <w:jc w:val="center"/>
              <w:rPr>
                <w:b/>
                <w:lang w:val="el-GR"/>
              </w:rPr>
            </w:pPr>
            <w:r w:rsidRPr="002E7911">
              <w:rPr>
                <w:b/>
              </w:rPr>
              <w:t xml:space="preserve">ΠΕΡΙΦΕΡΕΙΑΚΟ ΙΑΤΡΕΙΟ </w:t>
            </w:r>
            <w:hyperlink r:id="rId13" w:history="1">
              <w:r w:rsidR="002E7911" w:rsidRPr="002E7911">
                <w:rPr>
                  <w:rStyle w:val="-"/>
                  <w:b/>
                  <w:color w:val="auto"/>
                  <w:u w:val="none"/>
                  <w:lang w:val="el-GR"/>
                </w:rPr>
                <w:t>ΒΟΥΚΟΛΙΩΝ</w:t>
              </w:r>
            </w:hyperlink>
          </w:p>
          <w:p w:rsidR="001C2312" w:rsidRPr="005B622B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2E7911" w:rsidRDefault="00CD1E4A" w:rsidP="001F068C">
            <w:pPr>
              <w:jc w:val="center"/>
            </w:pPr>
            <w:r>
              <w:t>2824031204</w:t>
            </w:r>
          </w:p>
        </w:tc>
        <w:tc>
          <w:tcPr>
            <w:tcW w:w="4413" w:type="dxa"/>
            <w:shd w:val="clear" w:color="auto" w:fill="FFFFFF"/>
          </w:tcPr>
          <w:p w:rsidR="001C2312" w:rsidRPr="005724F9" w:rsidRDefault="00CF31AB" w:rsidP="002A3600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4,5,6,7,11,12,13,17,18,20,21,26,27,28</w:t>
            </w:r>
          </w:p>
        </w:tc>
      </w:tr>
      <w:tr w:rsidR="002C0BBB" w:rsidRPr="002C0BBB" w:rsidTr="00974EC3">
        <w:trPr>
          <w:trHeight w:val="1458"/>
        </w:trPr>
        <w:tc>
          <w:tcPr>
            <w:tcW w:w="2871" w:type="dxa"/>
            <w:shd w:val="clear" w:color="auto" w:fill="FFFFFF"/>
          </w:tcPr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ΠΕΡΙΦΕΡΕΙΑΚΟ ΙΑΤΡΕΙΟ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ΡΟΔΟΒΑΝΙΟΥ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ΕΞΕΤΑΣΤΗΡΙΟ</w:t>
            </w:r>
          </w:p>
          <w:p w:rsidR="00974EC3" w:rsidRPr="00974EC3" w:rsidRDefault="00974EC3" w:rsidP="00974EC3">
            <w:pPr>
              <w:jc w:val="center"/>
              <w:rPr>
                <w:b/>
                <w:lang w:val="el-GR"/>
              </w:rPr>
            </w:pPr>
            <w:r w:rsidRPr="00974EC3">
              <w:rPr>
                <w:b/>
                <w:lang w:val="el-GR"/>
              </w:rPr>
              <w:t>ΣΟΥΓΙΑΣ</w:t>
            </w: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974EC3" w:rsidRPr="00287245" w:rsidRDefault="00974EC3" w:rsidP="001F068C">
            <w:pPr>
              <w:jc w:val="center"/>
              <w:rPr>
                <w:lang w:val="el-GR"/>
              </w:rPr>
            </w:pPr>
          </w:p>
        </w:tc>
        <w:tc>
          <w:tcPr>
            <w:tcW w:w="4413" w:type="dxa"/>
            <w:shd w:val="clear" w:color="auto" w:fill="FFFFFF"/>
          </w:tcPr>
          <w:p w:rsidR="00974EC3" w:rsidRPr="00D80E86" w:rsidRDefault="00FA7726" w:rsidP="00974EC3">
            <w:pPr>
              <w:jc w:val="center"/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  <w:r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4,7,19</w:t>
            </w:r>
          </w:p>
          <w:p w:rsidR="00E45F29" w:rsidRPr="00D80E86" w:rsidRDefault="00E45F29" w:rsidP="00E45F29">
            <w:pPr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</w:p>
          <w:p w:rsidR="00F23EED" w:rsidRPr="009B3929" w:rsidRDefault="00FA7726" w:rsidP="002A3600">
            <w:pPr>
              <w:jc w:val="center"/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4,7,18,</w:t>
            </w:r>
          </w:p>
        </w:tc>
      </w:tr>
      <w:tr w:rsidR="00974EC3" w:rsidRPr="002C0BBB" w:rsidTr="00974EC3">
        <w:trPr>
          <w:gridAfter w:val="2"/>
          <w:wAfter w:w="5193" w:type="dxa"/>
        </w:trPr>
        <w:tc>
          <w:tcPr>
            <w:tcW w:w="4413" w:type="dxa"/>
            <w:gridSpan w:val="2"/>
            <w:shd w:val="clear" w:color="auto" w:fill="D9E1F2"/>
          </w:tcPr>
          <w:p w:rsidR="00974EC3" w:rsidRPr="002C0BBB" w:rsidRDefault="002C79D4" w:rsidP="00974EC3">
            <w:pPr>
              <w:rPr>
                <w:lang w:val="el-GR"/>
              </w:rPr>
            </w:pPr>
            <w:r w:rsidRPr="00EA173B">
              <w:rPr>
                <w:b/>
                <w:bCs/>
                <w:i/>
                <w:u w:val="single"/>
                <w:lang w:val="el-GR"/>
              </w:rPr>
              <w:t>ΣΗΜΕΙΩΣΗ:</w:t>
            </w:r>
          </w:p>
        </w:tc>
      </w:tr>
    </w:tbl>
    <w:p w:rsidR="00C24E91" w:rsidRPr="002A1BF7" w:rsidRDefault="00AA4E25" w:rsidP="00EA173B">
      <w:pPr>
        <w:jc w:val="both"/>
        <w:rPr>
          <w:b/>
          <w:bCs/>
          <w:i/>
          <w:lang w:val="el-GR"/>
        </w:rPr>
      </w:pPr>
      <w:r w:rsidRPr="006B4A39">
        <w:rPr>
          <w:i/>
          <w:lang w:val="el-GR"/>
        </w:rPr>
        <w:br/>
      </w:r>
      <w:r w:rsidR="000826F1" w:rsidRPr="00EA173B">
        <w:rPr>
          <w:b/>
          <w:bCs/>
          <w:i/>
          <w:lang w:val="el-GR"/>
        </w:rPr>
        <w:t xml:space="preserve">Για κάθε ενδεχόμενη αλλαγή </w:t>
      </w:r>
      <w:r w:rsidRPr="00EA173B">
        <w:rPr>
          <w:b/>
          <w:bCs/>
          <w:i/>
          <w:lang w:val="el-GR"/>
        </w:rPr>
        <w:t xml:space="preserve">στο ανωτέρω πρόγραμμα </w:t>
      </w:r>
      <w:proofErr w:type="spellStart"/>
      <w:r w:rsidRPr="00EA173B">
        <w:rPr>
          <w:b/>
          <w:bCs/>
          <w:i/>
          <w:lang w:val="el-GR"/>
        </w:rPr>
        <w:t>επισκέψεωνιατρών</w:t>
      </w:r>
      <w:proofErr w:type="spellEnd"/>
      <w:r w:rsidRPr="00EA173B">
        <w:rPr>
          <w:b/>
          <w:bCs/>
          <w:i/>
          <w:lang w:val="el-GR"/>
        </w:rPr>
        <w:t xml:space="preserve">, λόγω </w:t>
      </w:r>
      <w:r w:rsidR="005B622B">
        <w:rPr>
          <w:b/>
          <w:bCs/>
          <w:i/>
          <w:lang w:val="el-GR"/>
        </w:rPr>
        <w:t xml:space="preserve">εκτάκτων </w:t>
      </w:r>
      <w:proofErr w:type="spellStart"/>
      <w:r w:rsidR="005B622B">
        <w:rPr>
          <w:b/>
          <w:bCs/>
          <w:i/>
          <w:lang w:val="el-GR"/>
        </w:rPr>
        <w:lastRenderedPageBreak/>
        <w:t>αναγκών</w:t>
      </w:r>
      <w:r w:rsidRPr="00EA173B">
        <w:rPr>
          <w:b/>
          <w:bCs/>
          <w:i/>
          <w:lang w:val="el-GR"/>
        </w:rPr>
        <w:t>,</w:t>
      </w:r>
      <w:r w:rsidR="00D76EDA">
        <w:rPr>
          <w:b/>
          <w:bCs/>
          <w:i/>
          <w:lang w:val="el-GR"/>
        </w:rPr>
        <w:t>θα</w:t>
      </w:r>
      <w:proofErr w:type="spellEnd"/>
      <w:r w:rsidR="00D76EDA">
        <w:rPr>
          <w:b/>
          <w:bCs/>
          <w:i/>
          <w:lang w:val="el-GR"/>
        </w:rPr>
        <w:t xml:space="preserve"> </w:t>
      </w:r>
      <w:r w:rsidRPr="00EA173B">
        <w:rPr>
          <w:b/>
          <w:bCs/>
          <w:i/>
          <w:lang w:val="el-GR"/>
        </w:rPr>
        <w:t>ειδοποιείται τηλεφωνικά ο Πρόεδρος του Τοπικού Διαμερίσματος, για την έγκαιρη ενημέρωση των κατοίκων.</w:t>
      </w:r>
    </w:p>
    <w:p w:rsidR="00D80E86" w:rsidRDefault="00D80E86" w:rsidP="00EA173B">
      <w:pPr>
        <w:jc w:val="both"/>
        <w:rPr>
          <w:b/>
          <w:bCs/>
          <w:i/>
          <w:lang w:val="el-GR"/>
        </w:rPr>
      </w:pPr>
      <w:r>
        <w:rPr>
          <w:b/>
          <w:bCs/>
          <w:i/>
          <w:lang w:val="el-GR"/>
        </w:rPr>
        <w:t>16/04 ΒΟΥΤΑΣ(ΕΟΔΥ)</w:t>
      </w:r>
    </w:p>
    <w:p w:rsidR="00126D05" w:rsidRDefault="00D80E86" w:rsidP="00EA173B">
      <w:pPr>
        <w:jc w:val="both"/>
        <w:rPr>
          <w:b/>
          <w:bCs/>
          <w:i/>
          <w:lang w:val="el-GR"/>
        </w:rPr>
      </w:pPr>
      <w:r>
        <w:rPr>
          <w:b/>
          <w:bCs/>
          <w:i/>
          <w:lang w:val="el-GR"/>
        </w:rPr>
        <w:t>20/04</w:t>
      </w:r>
      <w:r w:rsidR="00126D05">
        <w:rPr>
          <w:b/>
          <w:bCs/>
          <w:i/>
          <w:lang w:val="el-GR"/>
        </w:rPr>
        <w:t xml:space="preserve"> </w:t>
      </w:r>
      <w:r>
        <w:rPr>
          <w:b/>
          <w:bCs/>
          <w:i/>
          <w:lang w:val="el-GR"/>
        </w:rPr>
        <w:t>ΜΟΥΣΤΑΚΟ</w:t>
      </w:r>
      <w:r w:rsidR="00126D05">
        <w:rPr>
          <w:b/>
          <w:bCs/>
          <w:i/>
          <w:lang w:val="el-GR"/>
        </w:rPr>
        <w:t xml:space="preserve"> (ΕΟΔΥ)</w:t>
      </w:r>
    </w:p>
    <w:p w:rsidR="00D80E86" w:rsidRDefault="00D80E86" w:rsidP="00D80E86">
      <w:pPr>
        <w:jc w:val="both"/>
        <w:rPr>
          <w:b/>
          <w:bCs/>
          <w:i/>
          <w:lang w:val="el-GR"/>
        </w:rPr>
      </w:pPr>
      <w:r>
        <w:rPr>
          <w:b/>
          <w:bCs/>
          <w:i/>
          <w:lang w:val="el-GR"/>
        </w:rPr>
        <w:t>24/04</w:t>
      </w:r>
      <w:r w:rsidR="00126D05">
        <w:rPr>
          <w:b/>
          <w:bCs/>
          <w:i/>
          <w:lang w:val="el-GR"/>
        </w:rPr>
        <w:t xml:space="preserve"> </w:t>
      </w:r>
      <w:r>
        <w:rPr>
          <w:b/>
          <w:bCs/>
          <w:i/>
          <w:lang w:val="el-GR"/>
        </w:rPr>
        <w:t xml:space="preserve"> ΝΤΕΡΕΣ</w:t>
      </w:r>
      <w:r w:rsidR="000D01FC">
        <w:rPr>
          <w:b/>
          <w:bCs/>
          <w:i/>
          <w:lang w:val="el-GR"/>
        </w:rPr>
        <w:t>(ΕΟΔΥ)</w:t>
      </w:r>
    </w:p>
    <w:p w:rsidR="00D80E86" w:rsidRPr="00D80E86" w:rsidRDefault="00D80E86" w:rsidP="00D80E86">
      <w:pPr>
        <w:jc w:val="both"/>
        <w:rPr>
          <w:b/>
          <w:bCs/>
          <w:i/>
          <w:lang w:val="el-GR"/>
        </w:rPr>
      </w:pPr>
      <w:r w:rsidRPr="00D80E86">
        <w:rPr>
          <w:b/>
          <w:lang w:val="el-GR"/>
        </w:rPr>
        <w:t>27/04</w:t>
      </w:r>
      <w:hyperlink r:id="rId14" w:history="1">
        <w:r w:rsidRPr="00D80E86">
          <w:rPr>
            <w:rStyle w:val="-"/>
            <w:b/>
            <w:color w:val="auto"/>
            <w:sz w:val="18"/>
            <w:szCs w:val="18"/>
            <w:u w:val="none"/>
            <w:lang w:val="el-GR"/>
          </w:rPr>
          <w:t>ΠΑΛΑΙΟΧΩΡΑΣ</w:t>
        </w:r>
      </w:hyperlink>
      <w:r w:rsidRPr="00D80E86">
        <w:rPr>
          <w:b/>
          <w:lang w:val="el-GR"/>
        </w:rPr>
        <w:t xml:space="preserve"> </w:t>
      </w:r>
      <w:r w:rsidRPr="00D80E86">
        <w:rPr>
          <w:b/>
          <w:bCs/>
          <w:i/>
          <w:lang w:val="el-GR"/>
        </w:rPr>
        <w:t>(ΕΟΔΥ)</w:t>
      </w:r>
    </w:p>
    <w:p w:rsidR="00D80E86" w:rsidRPr="000D01FC" w:rsidRDefault="00D80E86" w:rsidP="00EA173B">
      <w:pPr>
        <w:jc w:val="both"/>
        <w:rPr>
          <w:b/>
          <w:bCs/>
          <w:i/>
          <w:lang w:val="el-GR"/>
        </w:rPr>
      </w:pPr>
    </w:p>
    <w:sectPr w:rsidR="00D80E86" w:rsidRPr="000D01FC" w:rsidSect="00126D05">
      <w:pgSz w:w="12240" w:h="15840"/>
      <w:pgMar w:top="454" w:right="902" w:bottom="454" w:left="179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FE624C8"/>
    <w:multiLevelType w:val="hybridMultilevel"/>
    <w:tmpl w:val="A4749D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826F1"/>
    <w:rsid w:val="000B71BF"/>
    <w:rsid w:val="000D01FC"/>
    <w:rsid w:val="000D729F"/>
    <w:rsid w:val="000E2437"/>
    <w:rsid w:val="00111109"/>
    <w:rsid w:val="00126D05"/>
    <w:rsid w:val="00135138"/>
    <w:rsid w:val="00145205"/>
    <w:rsid w:val="0015074B"/>
    <w:rsid w:val="001574B3"/>
    <w:rsid w:val="00176E5E"/>
    <w:rsid w:val="001C2312"/>
    <w:rsid w:val="001D2D13"/>
    <w:rsid w:val="001F068C"/>
    <w:rsid w:val="002228FE"/>
    <w:rsid w:val="00260955"/>
    <w:rsid w:val="00287245"/>
    <w:rsid w:val="0029639D"/>
    <w:rsid w:val="002A1BF7"/>
    <w:rsid w:val="002A3600"/>
    <w:rsid w:val="002C0BBB"/>
    <w:rsid w:val="002C33F1"/>
    <w:rsid w:val="002C79D4"/>
    <w:rsid w:val="002E7911"/>
    <w:rsid w:val="00326F90"/>
    <w:rsid w:val="003648D8"/>
    <w:rsid w:val="003B127B"/>
    <w:rsid w:val="003D64E3"/>
    <w:rsid w:val="003E0176"/>
    <w:rsid w:val="003E0E48"/>
    <w:rsid w:val="003F0DC7"/>
    <w:rsid w:val="003F1BB0"/>
    <w:rsid w:val="004A064A"/>
    <w:rsid w:val="004B4D03"/>
    <w:rsid w:val="004B4EBE"/>
    <w:rsid w:val="004F2819"/>
    <w:rsid w:val="00515609"/>
    <w:rsid w:val="005411CF"/>
    <w:rsid w:val="00541BD1"/>
    <w:rsid w:val="005724F9"/>
    <w:rsid w:val="00581400"/>
    <w:rsid w:val="005A2F22"/>
    <w:rsid w:val="005B622B"/>
    <w:rsid w:val="005D1337"/>
    <w:rsid w:val="005F3A0C"/>
    <w:rsid w:val="00622FA0"/>
    <w:rsid w:val="00625F5A"/>
    <w:rsid w:val="00636638"/>
    <w:rsid w:val="0066138C"/>
    <w:rsid w:val="00670FC4"/>
    <w:rsid w:val="00682854"/>
    <w:rsid w:val="006A2E73"/>
    <w:rsid w:val="006B4A39"/>
    <w:rsid w:val="006D2309"/>
    <w:rsid w:val="00705A8E"/>
    <w:rsid w:val="00715517"/>
    <w:rsid w:val="00751DEA"/>
    <w:rsid w:val="00772750"/>
    <w:rsid w:val="007801AA"/>
    <w:rsid w:val="00795613"/>
    <w:rsid w:val="007A6E40"/>
    <w:rsid w:val="007E1AE6"/>
    <w:rsid w:val="007E20AF"/>
    <w:rsid w:val="00805A26"/>
    <w:rsid w:val="00825B5C"/>
    <w:rsid w:val="008260B0"/>
    <w:rsid w:val="0083300E"/>
    <w:rsid w:val="00862F2F"/>
    <w:rsid w:val="00894FF2"/>
    <w:rsid w:val="008A1422"/>
    <w:rsid w:val="008C5283"/>
    <w:rsid w:val="008D3CD8"/>
    <w:rsid w:val="009731F0"/>
    <w:rsid w:val="0097449D"/>
    <w:rsid w:val="00974EC3"/>
    <w:rsid w:val="009A159E"/>
    <w:rsid w:val="009B3929"/>
    <w:rsid w:val="009B5691"/>
    <w:rsid w:val="009C4E53"/>
    <w:rsid w:val="009D723F"/>
    <w:rsid w:val="009F5A7F"/>
    <w:rsid w:val="00A037D3"/>
    <w:rsid w:val="00A04FF5"/>
    <w:rsid w:val="00A34D21"/>
    <w:rsid w:val="00A83BBC"/>
    <w:rsid w:val="00AA1D8D"/>
    <w:rsid w:val="00AA30D5"/>
    <w:rsid w:val="00AA4E25"/>
    <w:rsid w:val="00B03F09"/>
    <w:rsid w:val="00B47730"/>
    <w:rsid w:val="00B51079"/>
    <w:rsid w:val="00B62C11"/>
    <w:rsid w:val="00BB2DA4"/>
    <w:rsid w:val="00BF2524"/>
    <w:rsid w:val="00C21751"/>
    <w:rsid w:val="00C24E91"/>
    <w:rsid w:val="00C41B55"/>
    <w:rsid w:val="00C55E5D"/>
    <w:rsid w:val="00C6397D"/>
    <w:rsid w:val="00C707A9"/>
    <w:rsid w:val="00CB0664"/>
    <w:rsid w:val="00CB5404"/>
    <w:rsid w:val="00CC0D1F"/>
    <w:rsid w:val="00CD1E4A"/>
    <w:rsid w:val="00CF31AB"/>
    <w:rsid w:val="00D000BA"/>
    <w:rsid w:val="00D055C2"/>
    <w:rsid w:val="00D45743"/>
    <w:rsid w:val="00D70084"/>
    <w:rsid w:val="00D76EDA"/>
    <w:rsid w:val="00D80E86"/>
    <w:rsid w:val="00D938C4"/>
    <w:rsid w:val="00DA10F5"/>
    <w:rsid w:val="00E110A8"/>
    <w:rsid w:val="00E359B0"/>
    <w:rsid w:val="00E45F29"/>
    <w:rsid w:val="00E55978"/>
    <w:rsid w:val="00EA173B"/>
    <w:rsid w:val="00EB55C2"/>
    <w:rsid w:val="00ED0E93"/>
    <w:rsid w:val="00F23EED"/>
    <w:rsid w:val="00F330C1"/>
    <w:rsid w:val="00F529E3"/>
    <w:rsid w:val="00F57294"/>
    <w:rsid w:val="00F67B53"/>
    <w:rsid w:val="00FA7726"/>
    <w:rsid w:val="00FB541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Ανοιχτόχρωμη σκίαση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Ανοιχτόχρωμη σκίαση - Έμφαση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Ανοιχτόχρωμη λίστα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Ανοιχτόχρωμη λίστα - ΄Εμφαση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2">
    <w:name w:val="Ανοιχτόχρωμο πλέγμα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Ανοιχτόχρωμο πλέγμα - ΄Εμφαση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Μεσαία σκί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Μεσαία σκίαση 1 - ΄Εμφ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Μεσαία σκίαση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Μεσαία σκίαση 2 - ΄Εμφαση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Μεσαία λίστα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Μεσαία λίστα 1 - ΄Εμφαση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Μεσαία λίστα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Μεσαίο πλέγμα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Μεσαίο πλέγμα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Μεσαίο πλέγμα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3">
    <w:name w:val="Σκουρόχρωμη λίστα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4">
    <w:name w:val="Πολύχρωμη σκίαση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5">
    <w:name w:val="Πολύχρωμη λίστα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6">
    <w:name w:val="Πολύχρωμο πλέγμα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1C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-">
    <w:name w:val="Hyperlink"/>
    <w:basedOn w:val="a2"/>
    <w:uiPriority w:val="99"/>
    <w:unhideWhenUsed/>
    <w:rsid w:val="001C2312"/>
    <w:rPr>
      <w:color w:val="0000FF"/>
      <w:u w:val="single"/>
    </w:rPr>
  </w:style>
  <w:style w:type="character" w:styleId="-0">
    <w:name w:val="FollowedHyperlink"/>
    <w:basedOn w:val="a2"/>
    <w:uiPriority w:val="99"/>
    <w:semiHidden/>
    <w:unhideWhenUsed/>
    <w:rsid w:val="00974EC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3%CF%84%CF%81%CE%BF%CE%B2%CE%BB%CF%89%CE%BD" TargetMode="External"/><Relationship Id="rId13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2%CE%BF%CF%85%CE%BA%CE%BF%CE%BB%CE%B9%CF%89%CE%B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E%B2%CE%BF%CF%85%CF%84%CE%B1" TargetMode="External"/><Relationship Id="rId12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3%CE%B1%CF%85%CE%B4%CE%BF%CF%85" TargetMode="External"/><Relationship Id="rId11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A%CE%B1%CE%BC%CF%80%CE%B1%CE%BD%CE%BF%CF%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B%CE%B1%CE%BA%CE%BA%CF%89%CE%BD" TargetMode="External"/><Relationship Id="rId14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808C8D-C516-4536-86A3-C918462A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616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gramkan</cp:lastModifiedBy>
  <cp:revision>21</cp:revision>
  <cp:lastPrinted>2025-10-10T10:54:00Z</cp:lastPrinted>
  <dcterms:created xsi:type="dcterms:W3CDTF">2026-01-29T11:31:00Z</dcterms:created>
  <dcterms:modified xsi:type="dcterms:W3CDTF">2026-08-04T08:06:00Z</dcterms:modified>
</cp:coreProperties>
</file>